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פרק 1 – מי אני (עבודת שורשים)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פרק 1 ואת מבנה הכתיבה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הבנה של שאלות מנחות ומסגרת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לכתיבת פסקה אישית על השם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להציג את עצמכם ואת סיפור השם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עדינות ונעימות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את השם בחרו ___, כי ___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על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אמא של נועם בחרה 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בפסקה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היום הוא שמח עם השם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זו רק דוגמה להשראה, כל אחד כותב סיפור משלו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תנ"ך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שאלות מנחות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(מקור ההחלטה על השם)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(משמעות ומקור השם)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(קשר לבן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(תחושה אישית כלפי השם)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(מידע אישי נוסף)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העבודה בפרק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מטרת הפרק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לענות בעצמי על השאלות המנחות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לקרוא את הפסקה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להשלים את מסגרת הכתיבה במילים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לעבור על הצ'קליסט ולסמן 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הפסקה כוללת: שם מלא וסיפור הבחירה, פירוש ומקור השם, תחושה אישית, ולפחות שלושה פרטים נוספים על התלמיד/ה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מטרה: להציג את עצמי ואת סיפור השם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שמתייחסת נכון לפסקת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כתיב ופיסוק, וכל פרטי הצ'קליסט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יחד את הפסקה לדוגמה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לשאול הורים או סבים על מקור השם לפני הכתיבה בקנבה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כקשים יותר בכיתות 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עבודת שורשים – 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פרק 1 – מי אני (עבודת שורשים)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בפרק הראשון של עבודת השורשים כותבים על השם שלכם – מי בחר אותו, מה הוא אומר עליכם, ומה פירושו. דף זה עוזר לכם להבין את המשימה לפני שעוברים לכתיבה.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פרק 1 בעבודת השורשים?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להציג את עצמכם ואת סיפור השם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לראיין בן או בת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על חג או מסורת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את היישוב שלכם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הדוגמה בדף, מי בחר את השם 'נועם'?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השם 'נועם' לפי הדוגמה?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עדינות ונעימות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שמחה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כוח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משימות יש בצ'קליסט של פרק 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מסגרת הכתיבה, מה כותבים אחרי 'קוראים לי ___'?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השם בחרו ___, כי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הבית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חג אהוב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– על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בדוגמה, סבתא של נועם בחרה את שמו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נועם פירושו עדינות ונעימות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'נועם' מופיעה בתנ"ך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נועם עדיין רוצה להחליף את שמו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הפסקה לדוגמה היא הסיפור שכל תלמיד חייב להעתיק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בפרק 1 התלמידים כותבים על השם ועל ה__________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הצ'קליסט של פרק 1 כולל __________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הדוגמה, המילה נועם מופיעה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הכתיבה בקנבה יש לענות על שאלות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שאלות מנחות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 בחר את השם ולמה דווקא אותו?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תחושה אישית כלפי השם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פירוש השם ומאיזו שפה הוא מגיע?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מקור ההחלטה על השם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האם קרויים על שם מישהו במשפחה?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משמעות ומקור השם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איך אני מרגיש עם השם שלי?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מידע אישי נוסף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שלושה דברים שחשוב לי שידעו עליי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קשר לבן 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העבודה בפרק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לענות בעצמי על השאלות המנחות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מטרת הפרק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להשלים את מסגרת הכתיבה במילים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לעבור על הצ'קליסט ולסמן וי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הפסקה לדוגמה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על השם שלכם: מי בחר אותו, מה פירושו, ואיך אתם מרגישים איתו.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פרק 1?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פרט אחד למדתם מהדוגמה של נועם?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צריכים לבדוק בסוף הכתיבה לפי הצ'קליסט?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פרק 1 – מי אני (עבודת שורשים)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