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עבודת שורשים – 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פרק 1 – מי אני (עבודת שורשים)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מטרת פרק 1 ואת מבנה הכתיבה שבו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הבנה של שאלות מנחות ומסגרת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להתכונן לכתיבת פסקה אישית על השם שלי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המשימה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להציג את עצמכם ואת סיפור השם שלכם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אמא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עדינות ונעימות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שש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את השם בחרו ___, כי ___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 – על הדוגמה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אמא של נועם בחרה את השם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בפסקה לדוגמה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נכתב בדוגמה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היום הוא שמח עם השם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זו רק דוגמה להשראה, כל אחד כותב סיפור משלו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תנ"ך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מנחות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– שאלות מנחות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(מקור ההחלטה על השם)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(משמעות ומקור השם)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(קשר לבן משפחה)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(תחושה אישית כלפי השם)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(מידע אישי נוסף)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העבודה בפרק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לקרוא את מטרת הפרק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לענות בעצמי על השאלות המנחות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לקרוא את הפסקה לדוגמה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להשלים את מסגרת הכתיבה במילים שלי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לעבור על הצ'קליסט ולסמן וי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הפסקה כוללת: שם מלא וסיפור הבחירה, פירוש ומקור השם, תחושה אישית, ולפחות שלושה פרטים נוספים על התלמיד/ה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מטרה: להציג את עצמי ואת סיפור השם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שמתייחסת נכון לפסקת הדוגמה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כתיב ופיסוק, וכל פרטי הצ'קליסט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לקרוא יחד את הפסקה לדוגמה לפני תחילת העבודה העצמאית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תלמידים לשאול הורים או סבים על מקור השם לפני הכתיבה בקנבה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להשמיט את הפריטים המסומנים כקשים יותר בכיתות חינוך מיוחד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עבודת שורשים – 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פרק 1 – מי אני (עבודת שורשים)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בפרק 1 כותבים על השם שלכם. הדף הזה עוזר להבין מה צריך לכתוב.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משמעות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מה המילה או השם אומרים, הפירוש שלהם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מקור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מאיפה השם או המילה הגיעו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כינוי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נוסף שקוראים לי בו חוץ מהשם הרשמי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מסגרת כתיבה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משפטים עם מקום ריק שעוזרים לבנות פסקה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צ'קליסט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רשימת בדיקה של דברים שצריך לכלול בכתיבה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פסקה לדוגמה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דוגמה לכתיבה שעוזרת להבין איך לכתוב בעצמי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שאלות מנחות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שאלות שעוזרות לחשוב לפני שכותבים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המשימה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על מה כותבים בפרק 1?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להציג את עצמכם ואת סיפור השם שלכם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לראיין בן או בת משפחה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לכתוב על חג או מסורת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לתאר את היישוב שלכם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בחר את השם בדוגמה?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אמא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אבא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סבתא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פירוש המילה נועם?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עדינות ונעימות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אור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שמחה רבה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כוח וגבורה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כמה משימות בצ'קליסט?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ארבע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כותבים אחרי השם שלי?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את השם בחרו ___, כי ___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תיאור הבית שלי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תיאור חג אהוב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שם בית הספר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 – על הדוגמה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בדוגמה, סבתא של נועם בחרה את שמו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נועם פירושו עדינות ונעימות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'נועם' מופיעה בתנ"ך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נועם עדיין רוצה להחליף את שמו היום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הפסקה לדוגמה היא הסיפור שכל תלמיד חייב להעתיק בדיוק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בפרק 1 התלמידים כותבים על השם ועל ה__________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הצ'קליסט של פרק 1 כולל __________ משימות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לפי הדוגמה, המילה נועם מופיעה ב__________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לפני הכתיבה בקנבה יש לענות על שאלות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– שאלות מנחות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מי בחר את השם ולמה דווקא אותו?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תחושה אישית כלפי השם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מה פירוש השם ומאיזו שפה הוא מגיע?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קשר לבן משפחה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האם קרויים על שם מישהו במשפחה?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מידע אישי נוסף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איך אני מרגיש עם השם שלי?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משמעות ומקור השם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שלושה דברים שחשוב לי שידעו עליי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מקור ההחלטה על השם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העבודה בפרק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להשלים את מסגרת הכתיבה במילים שלי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לעבור על הצ'קליסט ולסמן וי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לענות בעצמי על השאלות המנחות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לקרוא את מטרת הפרק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לקרוא את הפסקה לדוגמה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פסקה קצרה על השם שלכם: מי בחר אותו, מה פירושו, ואיך אתם מרגישים איתו.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המטרה של פרק 1?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איזה פרט אחד למדתם מהדוגמה של נועם?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אתם צריכים לבדוק בסוף הכתיבה לפי הצ'קליסט?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פרק 1 – מי אני (עבודת שורשים)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