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פרק 1 – מי אני (עבודת שורשים)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פרק 1 ואת מבנה הכתיבה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שאלות מנחות ומסגרת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פסקה אישית על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להציג את עצמכם ואת סיפור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עדינות ונעימות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על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אמא של נועם בחרה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שאלות 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(מקור ההחלטה על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(משמעות ומקור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(קשר לבן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(תחושה אישית כלפי השם)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מטרת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לענות בעצמי על השאלות המנחות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הפסקה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להשלים את מסגרת הכתיבה במילים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כוללת: שם מלא וסיפור הבחירה, פירוש ומקור השם, תחושה אישית, ולפחות שלושה פרטים נוספים על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מטרה: להציג את עצמי ואת סיפור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שמתייחסת נכון לפסקת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 ופיסוק, וכל פרטי הצ'קליסט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יחד את הפסקה לדוגמה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לשאול הורים או סבים על מקור השם לפני הכתיבה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כקשים יותר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פרק 1 – מי אני (עבודת שורשים)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בפרק הראשון של עבודת השורשים כותבים על השם שלכם – מי בחר אותו, מה הוא אומר עליכם, ומה פירושו. דף זה עוזר לכם להבין את המשימה לפני שעוברים לכתיבה.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שש  ·  משמעות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פרק 1 בעבודת השורשים?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להציג את עצמכם ואת סיפור השם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לראיין בן או בת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על חג או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הדוגמה בדף, מי בחר את השם 'נועם'?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השם 'נועם' לפי הדוגמה?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עדינות ונעימות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שמחה 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– על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בדוגמה, סבתא של נועם בחרה את 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נועם פירושו עדינות ונעימות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'נועם' מופיעה בתנ"ך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בפרק 1 התלמידים כותבים על השם ועל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הצ'קליסט של פרק 1 כולל __________ משימות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שאלות מנחות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בחר את השם ולמה דווקא אותו?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משמעות ומקור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פירוש השם ומאיזו שפה הוא מגיע?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תחושה אישית כלפי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האם קרויים על שם מישהו במשפחה?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מקור ההחלטה על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איך אני מרגיש עם השם שלי?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קשר לבן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העבודה בפרק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הפסקה לדוגמה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להשלים את מסגרת הכתיבה במילים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לענות בעצמי על השאלות המנחות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מטרת הפרק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על השם שלכם: מי בחר אותו, מה פירושו, ואיך אתם מרגישים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פרק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פרט אחד למדתם מהדוגמה של נועם?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פרק 1 – מי אני (עבודת שורשים)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